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עבודה - מחפשים עבודה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לחיפוש עבודה ולראיון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הכתבות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אומרים ומה עושים בזמן 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אתרי עבודה באינטרנט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יועצי תעסוקה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קורות חיים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שלום, נעים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בסוף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אני עדיין לומד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שהיא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בראיון הראשון היא פחדה ודיברה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להגיע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הסדנה חינם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ע-ב-ד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(עובד בבית 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(מבשלת במטבח)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(חדר לבדיקות)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(כסף שמקבלים על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(עוזר למצוא 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של ראיון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לובשים בגדים נקיים ומסודרים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מגיעים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אומרים: שלום, נעים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 על שאלות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אומרים: תודה 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 קצר ואישי, כולל מקצוע או לימוד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מוזכרים לפחות שניים: בגדים מסודרים, הגעה בזמן, הכנת תשובות, קורות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שלום, נעים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רצינות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שנותן עבודה לעובדים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בקול לפני מילוי הדף, כדי לתרגל גם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המשפטים מהראיון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רמה ב' אפשר להוסיף שיחה בזוגות עם שאלות ראיון אמיתיות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עבודה - מחפשים עבודה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וביטויים הקשורים לחיפוש עבודה ולראיון עבודה בישראל, בעקבות הכתבות והסיפור האישי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אפשר לחפש עבודה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אתרי עבודה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אצל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דרך לחפש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עוזר לעולים למצוא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יועצי תעסוקה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לאנגלית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כדאי לכתוב בעברית לפני שמחפשים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קורות חיים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כשנכנסים לראיון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שלום,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בוקר טוב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תודה ולהתראות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שואלים על שעות ומשכורת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שואלים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אפשר להגיד אם העברית עוד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לא רוצה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עדיין לומד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לא מבין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תשאלו מישהו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לורה הגיעה מארגנטינה.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הראשון לורה דיברה לאט ולא פחדה.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להגיע לראיון עבודה באיחור כדי להראות שלא ממהרים.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בסדנה לכתיבת קורות חיים צריך לשלם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"לעבוד"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שנותן עבודה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לורה עבדה בארגנטינה כ__________.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כדאי להגיע לראיון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מקום שמחפש עובדים ועובדות ויש בו הסעה מהעיר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למצוא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טבחת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חדר לבדיקות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כסף שמקבלים על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משכורת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עובד בבית 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יועץ תעסוקה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מבשלת במטבח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של 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בזמן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אומרים: תודה רבה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בגדים נקיים ומסודרים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אומרים: שלום, נעים מאוד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שאלות בראיון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 על עצמכם, כמו שהייתם אומרים בראיון עבודה כשעונים על "ספר על עצמך".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דברים שחשוב לעשות לפני ראיון עבודה.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כשנכנסים לראיון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להגיע בזמן לראיון?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מעביד?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עבודה - מחפשים עבודה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