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עבודה - מחפשים עבודה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לחיפוש עבודה ולראיון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הכתבות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אומרים ומה עושים בזמן 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אתרי עבודה באינטרנט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יועצי תעסוקה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קורות חיים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שלום,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אני עדיין לומד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שהיא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בראיון הראשון היא פחדה ודיברה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הסדנה 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 בבית 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(מבשלת במטבח)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(חדר לבדיקות)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שמקבלים על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(עוזר למצוא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ראיון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לובשים בגדים נקיים ומסודרים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אומרים: שלום,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אומרים: תודה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קצר ואישי, כולל מקצוע או לימוד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מוזכרים לפחות שניים: בגדים מסודרים, הגעה בזמן, הכנת תשובות, קורות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שלום, נעים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רצינות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שנותן עבודה לעובדים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מילוי הדף, כדי לתרגל גם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המשפטים מהראיון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רמה ב' אפשר להוסיף שיחה בזוגות עם שאלות ראיון אמיתיות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עבודה - מחפשים עבודה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חדשות על עבודה וראיון עבודה. קוראים משפטים פשוטים ועונים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עם מעביד לפני שמתחילים לעבוד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קורות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שמספר מה למדת ואיפה עבדת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שנותן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משכורת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שמקבלים בעד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יועץ תעסוקה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שעוזר למצוא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דרושים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שמחפשים עובדים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ידע מעבודה 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מאורגנת מהעיר למקום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מחפשים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אתרי עבודה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אצל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דרך לחפש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עוזר למצוא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יועצי תעסוקה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לפני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קורות חיים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בכניסה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שלום,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בוקר טוב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 ולהתראות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שואלים על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שואלים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אומרים אם קשה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לא רוצה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עדיין לומד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לא מבין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תשאלו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לורה הגיעה מארגנטינה.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הראשון לורה דיברה לאט ולא פחדה.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להגיע לראיון עבודה באיחור כדי להראות שלא ממהרים.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בסדנה לכתיבת קורות חיים צריך לשלם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"לעבוד"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שנותן עבודה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לורה עבדה בארגנטינה כ__________.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להגיע לראיון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מקום שמחפש עובדים ועובדות ויש בו הסעה מהעיר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למצוא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עובד בבית 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שמקבלים על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משכורת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חדר לבדיקות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יועץ 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מבשלת במטבח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אומרים: שלום, נעים מאוד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בראיון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אומרים: תודה 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נקיים ומסודרים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על עצמכם, כמו שהייתם אומרים בראיון עבודה כשעונים על "ספר על עצמך".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שחשוב לעשות לפני ראיון 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כשנכנסים לראיון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להגיע בזמן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מעביד?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עבודה - מחפשים עבודה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