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עבודה - מחפשים עבודה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לחיפוש עבודה ולראיון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פי הכתבות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אומרים ומה עושים בזמן 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אתרי עבודה באינטרנט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יועצי תעסוקה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בסיפור שהיא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להגיע בזמן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ע-ב-ד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מעביד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(עובד בבית 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(מבשלת במטבח)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(כסף שמקבלים על 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של ראיון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לובשים בגדים נקיים ומסודרים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מגיעים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אומרים: שלום, נעים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עונים על שאלות בראיון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משפט קצר ואישי, כולל מקצוע או לימוד 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שלום, נעים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להראות רצינות ואחריות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שנותן עבודה לעובדים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הקטעים בקול לפני מילוי הדף, כדי לתרגל גם 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המשפטים מהראיון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רמה ב' אפשר להוסיף שיחה בזוגות עם שאלות ראיון אמיתיות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עבודה - מחפשים עבודה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וביטויים הקשורים לחיפוש עבודה ולראיון עבודה בישראל, בעקבות הכתבות והסיפור האישי באתר.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ע-ב-ד  ·  מעביד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אפשר לחפש עבודה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אתרי עבודה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אצל השכנים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עוזר לעולים למצוא 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יועצי תעסוקה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המורה לאנגלית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לורה הגיעה מארגנטינה.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להגיע לראיון עבודה באיחור כדי להראות שלא ממהרים.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המילה "לעבוד"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 שנותן עבודה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מלצר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כסף שמקבלים על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טבחת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עובד בבית 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משכורת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מבשלת במטבח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של 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עונים על שאלות בראיון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לובשים בגדים נקיים ומסודרים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מגיעים בזמן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אומרים: שלום, נעים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או שניים על עצמכם, כמו שהייתם אומרים בראיון עבודה כשעונים על "ספר על עצמך".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אומרים כשנכנסים לראיון 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כדאי להגיע בזמן לראיון?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ראיון עבודה - מחפשים עבודה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